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1F650" w14:textId="77777777" w:rsidR="004E26D1" w:rsidRPr="004E7F34" w:rsidRDefault="003567D2">
      <w:pPr>
        <w:pStyle w:val="Title"/>
        <w:rPr>
          <w:rFonts w:cstheme="majorHAnsi"/>
          <w:sz w:val="22"/>
          <w:szCs w:val="22"/>
        </w:rPr>
      </w:pPr>
      <w:r w:rsidRPr="004E7F34">
        <w:rPr>
          <w:rFonts w:cstheme="majorHAnsi"/>
          <w:sz w:val="22"/>
          <w:szCs w:val="22"/>
        </w:rPr>
        <w:t>Production Manager (Contract for Services)</w:t>
      </w:r>
    </w:p>
    <w:p w14:paraId="5EA31B46" w14:textId="0A117DFC" w:rsidR="004E26D1" w:rsidRPr="004E7F34" w:rsidRDefault="003567D2">
      <w:pPr>
        <w:rPr>
          <w:rFonts w:asciiTheme="majorHAnsi" w:hAnsiTheme="majorHAnsi" w:cstheme="majorHAnsi"/>
        </w:rPr>
      </w:pPr>
      <w:r w:rsidRPr="004E7F34">
        <w:rPr>
          <w:rFonts w:asciiTheme="majorHAnsi" w:hAnsiTheme="majorHAnsi" w:cstheme="majorHAnsi"/>
        </w:rPr>
        <w:t xml:space="preserve">Earagail Arts Festival is seeking proposals for the provision of Production Manager Services for the period </w:t>
      </w:r>
      <w:r w:rsidR="004D0CC2">
        <w:rPr>
          <w:rFonts w:asciiTheme="majorHAnsi" w:hAnsiTheme="majorHAnsi" w:cstheme="majorHAnsi"/>
        </w:rPr>
        <w:t>5</w:t>
      </w:r>
      <w:r w:rsidR="004D0CC2" w:rsidRPr="004D0CC2">
        <w:rPr>
          <w:rFonts w:asciiTheme="majorHAnsi" w:hAnsiTheme="majorHAnsi" w:cstheme="majorHAnsi"/>
          <w:vertAlign w:val="superscript"/>
        </w:rPr>
        <w:t>th</w:t>
      </w:r>
      <w:r w:rsidR="004D0CC2">
        <w:rPr>
          <w:rFonts w:asciiTheme="majorHAnsi" w:hAnsiTheme="majorHAnsi" w:cstheme="majorHAnsi"/>
        </w:rPr>
        <w:t xml:space="preserve"> </w:t>
      </w:r>
      <w:r w:rsidR="004D0CC2" w:rsidRPr="004E7F34">
        <w:rPr>
          <w:rFonts w:asciiTheme="majorHAnsi" w:hAnsiTheme="majorHAnsi" w:cstheme="majorHAnsi"/>
        </w:rPr>
        <w:t>May</w:t>
      </w:r>
      <w:r w:rsidRPr="004E7F34">
        <w:rPr>
          <w:rFonts w:asciiTheme="majorHAnsi" w:hAnsiTheme="majorHAnsi" w:cstheme="majorHAnsi"/>
        </w:rPr>
        <w:t xml:space="preserve"> 2026 – </w:t>
      </w:r>
      <w:r w:rsidR="004D0CC2">
        <w:rPr>
          <w:rFonts w:asciiTheme="majorHAnsi" w:hAnsiTheme="majorHAnsi" w:cstheme="majorHAnsi"/>
        </w:rPr>
        <w:t>31</w:t>
      </w:r>
      <w:r w:rsidR="004D0CC2" w:rsidRPr="004D0CC2">
        <w:rPr>
          <w:rFonts w:asciiTheme="majorHAnsi" w:hAnsiTheme="majorHAnsi" w:cstheme="majorHAnsi"/>
          <w:vertAlign w:val="superscript"/>
        </w:rPr>
        <w:t>st</w:t>
      </w:r>
      <w:r w:rsidR="004D0CC2">
        <w:rPr>
          <w:rFonts w:asciiTheme="majorHAnsi" w:hAnsiTheme="majorHAnsi" w:cstheme="majorHAnsi"/>
        </w:rPr>
        <w:t xml:space="preserve"> </w:t>
      </w:r>
      <w:r w:rsidR="004D0CC2" w:rsidRPr="004E7F34">
        <w:rPr>
          <w:rFonts w:asciiTheme="majorHAnsi" w:hAnsiTheme="majorHAnsi" w:cstheme="majorHAnsi"/>
        </w:rPr>
        <w:t>July</w:t>
      </w:r>
      <w:r w:rsidRPr="004E7F34">
        <w:rPr>
          <w:rFonts w:asciiTheme="majorHAnsi" w:hAnsiTheme="majorHAnsi" w:cstheme="majorHAnsi"/>
        </w:rPr>
        <w:t xml:space="preserve"> 2026.</w:t>
      </w:r>
    </w:p>
    <w:p w14:paraId="325A3FD2" w14:textId="77777777" w:rsidR="004E26D1" w:rsidRPr="004E7F34" w:rsidRDefault="004E26D1">
      <w:pPr>
        <w:rPr>
          <w:rFonts w:asciiTheme="majorHAnsi" w:hAnsiTheme="majorHAnsi" w:cstheme="majorHAnsi"/>
        </w:rPr>
      </w:pPr>
    </w:p>
    <w:p w14:paraId="4B4F2AA3" w14:textId="77777777" w:rsidR="004E26D1" w:rsidRPr="004E7F34" w:rsidRDefault="003567D2">
      <w:pPr>
        <w:pStyle w:val="Heading2"/>
        <w:rPr>
          <w:rFonts w:cstheme="majorHAnsi"/>
          <w:sz w:val="22"/>
          <w:szCs w:val="22"/>
        </w:rPr>
      </w:pPr>
      <w:r w:rsidRPr="004E7F34">
        <w:rPr>
          <w:rFonts w:cstheme="majorHAnsi"/>
          <w:sz w:val="22"/>
          <w:szCs w:val="22"/>
        </w:rPr>
        <w:t>Introduction</w:t>
      </w:r>
    </w:p>
    <w:p w14:paraId="0D3C5FAE" w14:textId="77777777" w:rsidR="003567D2" w:rsidRPr="004E7F34" w:rsidRDefault="003567D2" w:rsidP="003567D2">
      <w:pPr>
        <w:rPr>
          <w:rFonts w:asciiTheme="majorHAnsi" w:hAnsiTheme="majorHAnsi" w:cstheme="majorHAnsi"/>
        </w:rPr>
      </w:pPr>
      <w:r w:rsidRPr="004E7F34">
        <w:rPr>
          <w:rFonts w:asciiTheme="majorHAnsi" w:hAnsiTheme="majorHAnsi" w:cstheme="majorHAnsi"/>
        </w:rPr>
        <w:t xml:space="preserve">Earagail Arts Festival is Donegal’s premier celebration of local, national and international culture and one of the largest arts festivals in Ireland. Over 40,000 people from across Donegal and around the world attend approximately 100 events in 35 venues spread over 19 towns over 16 days and nights across the Northwest of Ireland. </w:t>
      </w:r>
    </w:p>
    <w:p w14:paraId="6B5BB817" w14:textId="2BD8196D" w:rsidR="004E26D1" w:rsidRPr="004E7F34" w:rsidRDefault="003567D2" w:rsidP="003567D2">
      <w:pPr>
        <w:rPr>
          <w:rFonts w:asciiTheme="majorHAnsi" w:hAnsiTheme="majorHAnsi" w:cstheme="majorHAnsi"/>
        </w:rPr>
      </w:pPr>
      <w:r w:rsidRPr="004E7F34">
        <w:rPr>
          <w:rFonts w:asciiTheme="majorHAnsi" w:hAnsiTheme="majorHAnsi" w:cstheme="majorHAnsi"/>
        </w:rPr>
        <w:t>Earagail Arts Festival Management Company Limited is a not-for-profit CLG and a registered charity. The Festival consists of a Board of Directors, Management Committee, full-time staff, part-time staff, contract staff and volunteers. The festival takes place from 1</w:t>
      </w:r>
      <w:r w:rsidR="00D44572">
        <w:rPr>
          <w:rFonts w:asciiTheme="majorHAnsi" w:hAnsiTheme="majorHAnsi" w:cstheme="majorHAnsi"/>
        </w:rPr>
        <w:t>0</w:t>
      </w:r>
      <w:r w:rsidRPr="004E7F34">
        <w:rPr>
          <w:rFonts w:asciiTheme="majorHAnsi" w:hAnsiTheme="majorHAnsi" w:cstheme="majorHAnsi"/>
        </w:rPr>
        <w:t>th to 2</w:t>
      </w:r>
      <w:r w:rsidR="00D44572">
        <w:rPr>
          <w:rFonts w:asciiTheme="majorHAnsi" w:hAnsiTheme="majorHAnsi" w:cstheme="majorHAnsi"/>
        </w:rPr>
        <w:t>5</w:t>
      </w:r>
      <w:r w:rsidRPr="004E7F34">
        <w:rPr>
          <w:rFonts w:asciiTheme="majorHAnsi" w:hAnsiTheme="majorHAnsi" w:cstheme="majorHAnsi"/>
        </w:rPr>
        <w:t>th July 202</w:t>
      </w:r>
      <w:r w:rsidR="00D44572">
        <w:rPr>
          <w:rFonts w:asciiTheme="majorHAnsi" w:hAnsiTheme="majorHAnsi" w:cstheme="majorHAnsi"/>
        </w:rPr>
        <w:t>6</w:t>
      </w:r>
      <w:r w:rsidRPr="004E7F34">
        <w:rPr>
          <w:rFonts w:asciiTheme="majorHAnsi" w:hAnsiTheme="majorHAnsi" w:cstheme="majorHAnsi"/>
        </w:rPr>
        <w:t>.</w:t>
      </w:r>
    </w:p>
    <w:p w14:paraId="3436CE3C" w14:textId="77777777" w:rsidR="003567D2" w:rsidRPr="004E7F34" w:rsidRDefault="003567D2" w:rsidP="003567D2">
      <w:pPr>
        <w:rPr>
          <w:rFonts w:asciiTheme="majorHAnsi" w:hAnsiTheme="majorHAnsi" w:cstheme="majorHAnsi"/>
        </w:rPr>
      </w:pPr>
    </w:p>
    <w:p w14:paraId="38B230DC" w14:textId="77777777" w:rsidR="004E26D1" w:rsidRPr="004E7F34" w:rsidRDefault="003567D2">
      <w:pPr>
        <w:pStyle w:val="Heading2"/>
        <w:rPr>
          <w:rFonts w:cstheme="majorHAnsi"/>
          <w:sz w:val="22"/>
          <w:szCs w:val="22"/>
        </w:rPr>
      </w:pPr>
      <w:r w:rsidRPr="004E7F34">
        <w:rPr>
          <w:rFonts w:cstheme="majorHAnsi"/>
          <w:sz w:val="22"/>
          <w:szCs w:val="22"/>
        </w:rPr>
        <w:t>Terms of Engagement</w:t>
      </w:r>
    </w:p>
    <w:p w14:paraId="27092DFB" w14:textId="77777777" w:rsidR="004E26D1" w:rsidRPr="004E7F34" w:rsidRDefault="003567D2">
      <w:pPr>
        <w:rPr>
          <w:rFonts w:asciiTheme="majorHAnsi" w:hAnsiTheme="majorHAnsi" w:cstheme="majorHAnsi"/>
        </w:rPr>
      </w:pPr>
      <w:r w:rsidRPr="004E7F34">
        <w:rPr>
          <w:rFonts w:asciiTheme="majorHAnsi" w:hAnsiTheme="majorHAnsi" w:cstheme="majorHAnsi"/>
        </w:rPr>
        <w:t>This is an independent contractor engagement for the delivery of Production Management Services for the Festival programme.</w:t>
      </w:r>
    </w:p>
    <w:p w14:paraId="2635C9A8" w14:textId="7BABDB12" w:rsidR="004E26D1" w:rsidRPr="004E7F34" w:rsidRDefault="003567D2">
      <w:pPr>
        <w:rPr>
          <w:rFonts w:asciiTheme="majorHAnsi" w:hAnsiTheme="majorHAnsi" w:cstheme="majorHAnsi"/>
        </w:rPr>
      </w:pPr>
      <w:r w:rsidRPr="004E7F34">
        <w:rPr>
          <w:rFonts w:asciiTheme="majorHAnsi" w:hAnsiTheme="majorHAnsi" w:cstheme="majorHAnsi"/>
        </w:rPr>
        <w:t xml:space="preserve">The Services will include a number of pre-production planning and coordination days between </w:t>
      </w:r>
      <w:r w:rsidR="004D0CC2">
        <w:rPr>
          <w:rFonts w:asciiTheme="majorHAnsi" w:hAnsiTheme="majorHAnsi" w:cstheme="majorHAnsi"/>
        </w:rPr>
        <w:t>5</w:t>
      </w:r>
      <w:r w:rsidR="004D0CC2" w:rsidRPr="004D0CC2">
        <w:rPr>
          <w:rFonts w:asciiTheme="majorHAnsi" w:hAnsiTheme="majorHAnsi" w:cstheme="majorHAnsi"/>
          <w:vertAlign w:val="superscript"/>
        </w:rPr>
        <w:t>th</w:t>
      </w:r>
      <w:r w:rsidR="004D0CC2">
        <w:rPr>
          <w:rFonts w:asciiTheme="majorHAnsi" w:hAnsiTheme="majorHAnsi" w:cstheme="majorHAnsi"/>
        </w:rPr>
        <w:t xml:space="preserve"> </w:t>
      </w:r>
      <w:r w:rsidR="004D0CC2" w:rsidRPr="004E7F34">
        <w:rPr>
          <w:rFonts w:asciiTheme="majorHAnsi" w:hAnsiTheme="majorHAnsi" w:cstheme="majorHAnsi"/>
        </w:rPr>
        <w:t>May</w:t>
      </w:r>
      <w:r w:rsidRPr="004E7F34">
        <w:rPr>
          <w:rFonts w:asciiTheme="majorHAnsi" w:hAnsiTheme="majorHAnsi" w:cstheme="majorHAnsi"/>
        </w:rPr>
        <w:t xml:space="preserve"> 2026 and 8th July 2026, and production management and delivery during July 2026. The proposed number of days and costing should be outlined in the submission.</w:t>
      </w:r>
    </w:p>
    <w:p w14:paraId="7885F2D7" w14:textId="77777777" w:rsidR="004E26D1" w:rsidRPr="004E7F34" w:rsidRDefault="003567D2">
      <w:pPr>
        <w:rPr>
          <w:rFonts w:asciiTheme="majorHAnsi" w:hAnsiTheme="majorHAnsi" w:cstheme="majorHAnsi"/>
        </w:rPr>
      </w:pPr>
      <w:r w:rsidRPr="004E7F34">
        <w:rPr>
          <w:rFonts w:asciiTheme="majorHAnsi" w:hAnsiTheme="majorHAnsi" w:cstheme="majorHAnsi"/>
        </w:rPr>
        <w:t>The Services will be delivered primarily in Donegal and will require attendance at Festival venues and coordination meetings where reasonably necessary for delivery.</w:t>
      </w:r>
    </w:p>
    <w:p w14:paraId="45C226E1" w14:textId="77777777" w:rsidR="004E26D1" w:rsidRPr="004E7F34" w:rsidRDefault="003567D2">
      <w:pPr>
        <w:rPr>
          <w:rFonts w:asciiTheme="majorHAnsi" w:hAnsiTheme="majorHAnsi" w:cstheme="majorHAnsi"/>
        </w:rPr>
      </w:pPr>
      <w:r w:rsidRPr="004E7F34">
        <w:rPr>
          <w:rFonts w:asciiTheme="majorHAnsi" w:hAnsiTheme="majorHAnsi" w:cstheme="majorHAnsi"/>
          <w:b/>
        </w:rPr>
        <w:t>This engagement does not create an employment relationship.</w:t>
      </w:r>
    </w:p>
    <w:p w14:paraId="445A5A7B" w14:textId="77777777" w:rsidR="004E26D1" w:rsidRPr="004E7F34" w:rsidRDefault="004E26D1">
      <w:pPr>
        <w:rPr>
          <w:rFonts w:asciiTheme="majorHAnsi" w:hAnsiTheme="majorHAnsi" w:cstheme="majorHAnsi"/>
        </w:rPr>
      </w:pPr>
    </w:p>
    <w:p w14:paraId="594E0B3B" w14:textId="77777777" w:rsidR="004E26D1" w:rsidRPr="004E7F34" w:rsidRDefault="003567D2">
      <w:pPr>
        <w:pStyle w:val="Heading2"/>
        <w:rPr>
          <w:rFonts w:cstheme="majorHAnsi"/>
          <w:sz w:val="22"/>
          <w:szCs w:val="22"/>
        </w:rPr>
      </w:pPr>
      <w:r w:rsidRPr="004E7F34">
        <w:rPr>
          <w:rFonts w:cstheme="majorHAnsi"/>
          <w:sz w:val="22"/>
          <w:szCs w:val="22"/>
        </w:rPr>
        <w:t>Budget / Contract Fee</w:t>
      </w:r>
    </w:p>
    <w:p w14:paraId="2211BB84" w14:textId="10A2AFEF" w:rsidR="004E26D1" w:rsidRPr="004E7F34" w:rsidRDefault="003567D2">
      <w:pPr>
        <w:rPr>
          <w:rFonts w:asciiTheme="majorHAnsi" w:hAnsiTheme="majorHAnsi" w:cstheme="majorHAnsi"/>
        </w:rPr>
      </w:pPr>
      <w:r w:rsidRPr="004E7F34">
        <w:rPr>
          <w:rFonts w:asciiTheme="majorHAnsi" w:hAnsiTheme="majorHAnsi" w:cstheme="majorHAnsi"/>
        </w:rPr>
        <w:t>The maximum budget for delivery of this Service is €</w:t>
      </w:r>
      <w:r w:rsidR="0095058D">
        <w:rPr>
          <w:rFonts w:asciiTheme="majorHAnsi" w:hAnsiTheme="majorHAnsi" w:cstheme="majorHAnsi"/>
        </w:rPr>
        <w:t>8</w:t>
      </w:r>
      <w:r w:rsidRPr="004E7F34">
        <w:rPr>
          <w:rFonts w:asciiTheme="majorHAnsi" w:hAnsiTheme="majorHAnsi" w:cstheme="majorHAnsi"/>
        </w:rPr>
        <w:t>,000 (including VAT if applicable).</w:t>
      </w:r>
    </w:p>
    <w:p w14:paraId="1D536BB5" w14:textId="77777777" w:rsidR="004E26D1" w:rsidRPr="004E7F34" w:rsidRDefault="003567D2">
      <w:pPr>
        <w:rPr>
          <w:rFonts w:asciiTheme="majorHAnsi" w:hAnsiTheme="majorHAnsi" w:cstheme="majorHAnsi"/>
        </w:rPr>
      </w:pPr>
      <w:r w:rsidRPr="004E7F34">
        <w:rPr>
          <w:rFonts w:asciiTheme="majorHAnsi" w:hAnsiTheme="majorHAnsi" w:cstheme="majorHAnsi"/>
        </w:rPr>
        <w:t>The Contractor will be responsible for their own tax/PRSI/USC obligations.</w:t>
      </w:r>
    </w:p>
    <w:p w14:paraId="2457AD70" w14:textId="77777777" w:rsidR="004E26D1" w:rsidRPr="004E7F34" w:rsidRDefault="004E26D1">
      <w:pPr>
        <w:rPr>
          <w:rFonts w:asciiTheme="majorHAnsi" w:hAnsiTheme="majorHAnsi" w:cstheme="majorHAnsi"/>
        </w:rPr>
      </w:pPr>
    </w:p>
    <w:p w14:paraId="52A55B62" w14:textId="77777777" w:rsidR="004E26D1" w:rsidRPr="004E7F34" w:rsidRDefault="003567D2">
      <w:pPr>
        <w:pStyle w:val="Heading2"/>
        <w:rPr>
          <w:rFonts w:cstheme="majorHAnsi"/>
          <w:sz w:val="22"/>
          <w:szCs w:val="22"/>
        </w:rPr>
      </w:pPr>
      <w:r w:rsidRPr="004E7F34">
        <w:rPr>
          <w:rFonts w:cstheme="majorHAnsi"/>
          <w:sz w:val="22"/>
          <w:szCs w:val="22"/>
        </w:rPr>
        <w:t>Scope of Services / Responsibilities</w:t>
      </w:r>
    </w:p>
    <w:p w14:paraId="2CAF9332"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Manage production requirements for the artistic programme in liaison with Festival personnel and stakeholders across Donegal</w:t>
      </w:r>
    </w:p>
    <w:p w14:paraId="66AEC1C6"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lastRenderedPageBreak/>
        <w:t>Liaise with agents, artists and partner venues in the pre-production preparation of the 2026 artistic programme</w:t>
      </w:r>
    </w:p>
    <w:p w14:paraId="594CB640"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Collate technical specifications from artists/companies, source necessary equipment and arrange hire/delivery</w:t>
      </w:r>
    </w:p>
    <w:p w14:paraId="6EF88F9C"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Prepare risk assessments, safety plans and any required licences</w:t>
      </w:r>
    </w:p>
    <w:p w14:paraId="50AA561F"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Ensure compliance with Health &amp; Safety requirements for Festival events</w:t>
      </w:r>
    </w:p>
    <w:p w14:paraId="31B6C63E"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Liaise with relevant local authority departments, emergency services and relevant agencies</w:t>
      </w:r>
    </w:p>
    <w:p w14:paraId="4BE01057"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Event management of artistic programme delivery in liaison with Festival personnel</w:t>
      </w:r>
    </w:p>
    <w:p w14:paraId="6DDFAEF2"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Coordinate site preparation, construction of sets/props, labour and crewing of Festival events</w:t>
      </w:r>
    </w:p>
    <w:p w14:paraId="394775D9"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Coordinate and oversee technical staff and production volunteers, including induction and briefing</w:t>
      </w:r>
    </w:p>
    <w:p w14:paraId="0580CA18"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Assist with schedules in advance of the Festival where required</w:t>
      </w:r>
    </w:p>
    <w:p w14:paraId="38D5C067"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Manage delivery and return of Festival equipment</w:t>
      </w:r>
    </w:p>
    <w:p w14:paraId="7B430668"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Maintain good working relationships with artists, partners and stakeholders</w:t>
      </w:r>
    </w:p>
    <w:p w14:paraId="5559BF90"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Complete a post-festival Project Report</w:t>
      </w:r>
    </w:p>
    <w:p w14:paraId="6F16D3D9"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Additional tasks reasonably incidental to the Services and within scope, as agreed between the parties</w:t>
      </w:r>
    </w:p>
    <w:p w14:paraId="59CA122F" w14:textId="77777777" w:rsidR="004E26D1" w:rsidRPr="004E7F34" w:rsidRDefault="004E26D1">
      <w:pPr>
        <w:rPr>
          <w:rFonts w:asciiTheme="majorHAnsi" w:hAnsiTheme="majorHAnsi" w:cstheme="majorHAnsi"/>
        </w:rPr>
      </w:pPr>
    </w:p>
    <w:p w14:paraId="382873B6" w14:textId="77777777" w:rsidR="004E26D1" w:rsidRPr="004E7F34" w:rsidRDefault="003567D2">
      <w:pPr>
        <w:pStyle w:val="Heading2"/>
        <w:rPr>
          <w:rFonts w:cstheme="majorHAnsi"/>
          <w:sz w:val="22"/>
          <w:szCs w:val="22"/>
        </w:rPr>
      </w:pPr>
      <w:r w:rsidRPr="004E7F34">
        <w:rPr>
          <w:rFonts w:cstheme="majorHAnsi"/>
          <w:sz w:val="22"/>
          <w:szCs w:val="22"/>
        </w:rPr>
        <w:t>Experience</w:t>
      </w:r>
    </w:p>
    <w:p w14:paraId="02EBD068"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proven track record in production management for festivals / live events (street theatre, circus, theatre, music, visual arts)</w:t>
      </w:r>
    </w:p>
    <w:p w14:paraId="2BA6DD9B"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strong administrative and communication skills</w:t>
      </w:r>
    </w:p>
    <w:p w14:paraId="3B904327"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capable of delivering to deadlines in a fast-paced delivery environment</w:t>
      </w:r>
    </w:p>
    <w:p w14:paraId="286CF05B" w14:textId="12CF5713" w:rsidR="004E26D1" w:rsidRPr="004E7F34" w:rsidRDefault="003567D2">
      <w:pPr>
        <w:pStyle w:val="ListBullet"/>
        <w:rPr>
          <w:rFonts w:asciiTheme="majorHAnsi" w:hAnsiTheme="majorHAnsi" w:cstheme="majorHAnsi"/>
        </w:rPr>
      </w:pPr>
      <w:r w:rsidRPr="004E7F34">
        <w:rPr>
          <w:rFonts w:asciiTheme="majorHAnsi" w:hAnsiTheme="majorHAnsi" w:cstheme="majorHAnsi"/>
        </w:rPr>
        <w:t xml:space="preserve">available to commence from </w:t>
      </w:r>
      <w:r w:rsidR="004D0CC2">
        <w:rPr>
          <w:rFonts w:asciiTheme="majorHAnsi" w:hAnsiTheme="majorHAnsi" w:cstheme="majorHAnsi"/>
        </w:rPr>
        <w:t>5</w:t>
      </w:r>
      <w:r w:rsidR="004D0CC2" w:rsidRPr="004D0CC2">
        <w:rPr>
          <w:rFonts w:asciiTheme="majorHAnsi" w:hAnsiTheme="majorHAnsi" w:cstheme="majorHAnsi"/>
          <w:vertAlign w:val="superscript"/>
        </w:rPr>
        <w:t>th</w:t>
      </w:r>
      <w:r w:rsidR="004D0CC2">
        <w:rPr>
          <w:rFonts w:asciiTheme="majorHAnsi" w:hAnsiTheme="majorHAnsi" w:cstheme="majorHAnsi"/>
        </w:rPr>
        <w:t xml:space="preserve"> </w:t>
      </w:r>
      <w:r w:rsidR="004D0CC2" w:rsidRPr="004E7F34">
        <w:rPr>
          <w:rFonts w:asciiTheme="majorHAnsi" w:hAnsiTheme="majorHAnsi" w:cstheme="majorHAnsi"/>
        </w:rPr>
        <w:t>May</w:t>
      </w:r>
      <w:r w:rsidRPr="004E7F34">
        <w:rPr>
          <w:rFonts w:asciiTheme="majorHAnsi" w:hAnsiTheme="majorHAnsi" w:cstheme="majorHAnsi"/>
        </w:rPr>
        <w:t xml:space="preserve"> 2026</w:t>
      </w:r>
    </w:p>
    <w:p w14:paraId="764DADF2" w14:textId="77777777" w:rsidR="004E26D1" w:rsidRPr="004E7F34" w:rsidRDefault="003567D2">
      <w:pPr>
        <w:pStyle w:val="ListBullet"/>
        <w:rPr>
          <w:rFonts w:asciiTheme="majorHAnsi" w:hAnsiTheme="majorHAnsi" w:cstheme="majorHAnsi"/>
        </w:rPr>
      </w:pPr>
      <w:r w:rsidRPr="004E7F34">
        <w:rPr>
          <w:rFonts w:asciiTheme="majorHAnsi" w:hAnsiTheme="majorHAnsi" w:cstheme="majorHAnsi"/>
        </w:rPr>
        <w:t>available to support delivery during peak Festival periods, including evenings and weekends where required</w:t>
      </w:r>
    </w:p>
    <w:p w14:paraId="1D17036B" w14:textId="77777777" w:rsidR="004E26D1" w:rsidRPr="004E7F34" w:rsidRDefault="004E26D1">
      <w:pPr>
        <w:rPr>
          <w:rFonts w:asciiTheme="majorHAnsi" w:hAnsiTheme="majorHAnsi" w:cstheme="majorHAnsi"/>
        </w:rPr>
      </w:pPr>
    </w:p>
    <w:p w14:paraId="16EAE5EF" w14:textId="77777777" w:rsidR="004E26D1" w:rsidRPr="004E7F34" w:rsidRDefault="003567D2">
      <w:pPr>
        <w:pStyle w:val="Heading2"/>
        <w:rPr>
          <w:rFonts w:cstheme="majorHAnsi"/>
          <w:sz w:val="22"/>
          <w:szCs w:val="22"/>
        </w:rPr>
      </w:pPr>
      <w:r w:rsidRPr="004E7F34">
        <w:rPr>
          <w:rFonts w:cstheme="majorHAnsi"/>
          <w:sz w:val="22"/>
          <w:szCs w:val="22"/>
        </w:rPr>
        <w:t>Irish language</w:t>
      </w:r>
    </w:p>
    <w:p w14:paraId="4C83AEEE" w14:textId="77777777" w:rsidR="004E26D1" w:rsidRPr="004E7F34" w:rsidRDefault="003567D2">
      <w:pPr>
        <w:rPr>
          <w:rFonts w:asciiTheme="majorHAnsi" w:hAnsiTheme="majorHAnsi" w:cstheme="majorHAnsi"/>
        </w:rPr>
      </w:pPr>
      <w:r w:rsidRPr="004E7F34">
        <w:rPr>
          <w:rFonts w:asciiTheme="majorHAnsi" w:hAnsiTheme="majorHAnsi" w:cstheme="majorHAnsi"/>
        </w:rPr>
        <w:t>Proficiency in the Irish language would be advantageous.</w:t>
      </w:r>
    </w:p>
    <w:p w14:paraId="72DAC7A2" w14:textId="77777777" w:rsidR="004E26D1" w:rsidRPr="004E7F34" w:rsidRDefault="003567D2">
      <w:pPr>
        <w:pStyle w:val="Heading2"/>
        <w:rPr>
          <w:rFonts w:cstheme="majorHAnsi"/>
          <w:sz w:val="22"/>
          <w:szCs w:val="22"/>
        </w:rPr>
      </w:pPr>
      <w:r w:rsidRPr="004E7F34">
        <w:rPr>
          <w:rFonts w:cstheme="majorHAnsi"/>
          <w:sz w:val="22"/>
          <w:szCs w:val="22"/>
        </w:rPr>
        <w:t>Driving licence</w:t>
      </w:r>
    </w:p>
    <w:p w14:paraId="4E2996A0" w14:textId="77777777" w:rsidR="004E26D1" w:rsidRPr="004E7F34" w:rsidRDefault="003567D2">
      <w:pPr>
        <w:rPr>
          <w:rFonts w:asciiTheme="majorHAnsi" w:hAnsiTheme="majorHAnsi" w:cstheme="majorHAnsi"/>
        </w:rPr>
      </w:pPr>
      <w:r w:rsidRPr="004E7F34">
        <w:rPr>
          <w:rFonts w:asciiTheme="majorHAnsi" w:hAnsiTheme="majorHAnsi" w:cstheme="majorHAnsi"/>
        </w:rPr>
        <w:t>Full, clean driving licence and use of own vehicle required.</w:t>
      </w:r>
    </w:p>
    <w:p w14:paraId="2C844CDF" w14:textId="77777777" w:rsidR="004E26D1" w:rsidRPr="004E7F34" w:rsidRDefault="004E26D1">
      <w:pPr>
        <w:rPr>
          <w:rFonts w:asciiTheme="majorHAnsi" w:hAnsiTheme="majorHAnsi" w:cstheme="majorHAnsi"/>
        </w:rPr>
      </w:pPr>
    </w:p>
    <w:p w14:paraId="6A85CB32" w14:textId="77777777" w:rsidR="004E26D1" w:rsidRPr="004E7F34" w:rsidRDefault="003567D2">
      <w:pPr>
        <w:pStyle w:val="Heading2"/>
        <w:rPr>
          <w:rFonts w:cstheme="majorHAnsi"/>
          <w:sz w:val="22"/>
          <w:szCs w:val="22"/>
        </w:rPr>
      </w:pPr>
      <w:r w:rsidRPr="004E7F34">
        <w:rPr>
          <w:rFonts w:cstheme="majorHAnsi"/>
          <w:sz w:val="22"/>
          <w:szCs w:val="22"/>
        </w:rPr>
        <w:lastRenderedPageBreak/>
        <w:t>Submission</w:t>
      </w:r>
    </w:p>
    <w:p w14:paraId="29D1223E" w14:textId="77777777" w:rsidR="004E26D1" w:rsidRPr="004E7F34" w:rsidRDefault="003567D2">
      <w:pPr>
        <w:rPr>
          <w:rFonts w:asciiTheme="majorHAnsi" w:hAnsiTheme="majorHAnsi" w:cstheme="majorHAnsi"/>
        </w:rPr>
      </w:pPr>
      <w:r w:rsidRPr="004E7F34">
        <w:rPr>
          <w:rFonts w:asciiTheme="majorHAnsi" w:hAnsiTheme="majorHAnsi" w:cstheme="majorHAnsi"/>
        </w:rPr>
        <w:t>Proposals should include: an outline of relevant experience delivering similar projects; an approach to delivery of the Services; a costing (including VAT if applicable); an up-to-date CV; and two referees or previous/current clients whom we may contact.</w:t>
      </w:r>
    </w:p>
    <w:p w14:paraId="571B7FA3" w14:textId="380D93C3" w:rsidR="004E26D1" w:rsidRPr="004E7F34" w:rsidRDefault="003567D2">
      <w:pPr>
        <w:rPr>
          <w:rFonts w:asciiTheme="majorHAnsi" w:hAnsiTheme="majorHAnsi" w:cstheme="majorHAnsi"/>
        </w:rPr>
      </w:pPr>
      <w:r w:rsidRPr="004E7F34">
        <w:rPr>
          <w:rFonts w:asciiTheme="majorHAnsi" w:hAnsiTheme="majorHAnsi" w:cstheme="majorHAnsi"/>
        </w:rPr>
        <w:t xml:space="preserve">Proposals must be submitted by 5.00pm on </w:t>
      </w:r>
      <w:r w:rsidR="004D0CC2">
        <w:rPr>
          <w:rFonts w:asciiTheme="majorHAnsi" w:hAnsiTheme="majorHAnsi" w:cstheme="majorHAnsi"/>
        </w:rPr>
        <w:t xml:space="preserve">Thursday </w:t>
      </w:r>
      <w:r w:rsidR="0016519E">
        <w:rPr>
          <w:rFonts w:asciiTheme="majorHAnsi" w:hAnsiTheme="majorHAnsi" w:cstheme="majorHAnsi"/>
        </w:rPr>
        <w:t>26</w:t>
      </w:r>
      <w:r w:rsidR="0016519E" w:rsidRPr="0016519E">
        <w:rPr>
          <w:rFonts w:asciiTheme="majorHAnsi" w:hAnsiTheme="majorHAnsi" w:cstheme="majorHAnsi"/>
          <w:vertAlign w:val="superscript"/>
        </w:rPr>
        <w:t>th</w:t>
      </w:r>
      <w:r w:rsidR="0016519E">
        <w:rPr>
          <w:rFonts w:asciiTheme="majorHAnsi" w:hAnsiTheme="majorHAnsi" w:cstheme="majorHAnsi"/>
        </w:rPr>
        <w:t xml:space="preserve"> March</w:t>
      </w:r>
      <w:r w:rsidRPr="004E7F34">
        <w:rPr>
          <w:rFonts w:asciiTheme="majorHAnsi" w:hAnsiTheme="majorHAnsi" w:cstheme="majorHAnsi"/>
        </w:rPr>
        <w:t xml:space="preserve"> by email to info@eaf.ie or in writing to:</w:t>
      </w:r>
    </w:p>
    <w:p w14:paraId="54FC6542" w14:textId="77777777" w:rsidR="004E26D1" w:rsidRPr="004E7F34" w:rsidRDefault="003567D2">
      <w:pPr>
        <w:rPr>
          <w:rFonts w:asciiTheme="majorHAnsi" w:hAnsiTheme="majorHAnsi" w:cstheme="majorHAnsi"/>
        </w:rPr>
      </w:pPr>
      <w:r w:rsidRPr="004E7F34">
        <w:rPr>
          <w:rFonts w:asciiTheme="majorHAnsi" w:hAnsiTheme="majorHAnsi" w:cstheme="majorHAnsi"/>
        </w:rPr>
        <w:t>Earagail Arts Festival, 2C Riverside Office Park, Neil T Blaney Road, Letterkenny, Co Donegal, F92 YN40</w:t>
      </w:r>
    </w:p>
    <w:sectPr w:rsidR="004E26D1" w:rsidRPr="004E7F3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99137325">
    <w:abstractNumId w:val="8"/>
  </w:num>
  <w:num w:numId="2" w16cid:durableId="1610089239">
    <w:abstractNumId w:val="6"/>
  </w:num>
  <w:num w:numId="3" w16cid:durableId="667827588">
    <w:abstractNumId w:val="5"/>
  </w:num>
  <w:num w:numId="4" w16cid:durableId="904295015">
    <w:abstractNumId w:val="4"/>
  </w:num>
  <w:num w:numId="5" w16cid:durableId="1940674277">
    <w:abstractNumId w:val="7"/>
  </w:num>
  <w:num w:numId="6" w16cid:durableId="320235259">
    <w:abstractNumId w:val="3"/>
  </w:num>
  <w:num w:numId="7" w16cid:durableId="1138912086">
    <w:abstractNumId w:val="2"/>
  </w:num>
  <w:num w:numId="8" w16cid:durableId="1868636108">
    <w:abstractNumId w:val="1"/>
  </w:num>
  <w:num w:numId="9" w16cid:durableId="1726684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6519E"/>
    <w:rsid w:val="0029639D"/>
    <w:rsid w:val="002E2F2A"/>
    <w:rsid w:val="00326F90"/>
    <w:rsid w:val="003567D2"/>
    <w:rsid w:val="004D0CC2"/>
    <w:rsid w:val="004E26D1"/>
    <w:rsid w:val="004E7F34"/>
    <w:rsid w:val="00775D0E"/>
    <w:rsid w:val="008A3E2C"/>
    <w:rsid w:val="0095058D"/>
    <w:rsid w:val="00AA1D8D"/>
    <w:rsid w:val="00B4673A"/>
    <w:rsid w:val="00B47730"/>
    <w:rsid w:val="00C15D7D"/>
    <w:rsid w:val="00CB0664"/>
    <w:rsid w:val="00D44572"/>
    <w:rsid w:val="00E00259"/>
    <w:rsid w:val="00E871B4"/>
    <w:rsid w:val="00ED54B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9F8E63"/>
  <w14:defaultImageDpi w14:val="300"/>
  <w15:docId w15:val="{50BCD73A-FB62-474D-8FF5-8939499A7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580</Words>
  <Characters>3307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3880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Edel Corcoran</cp:lastModifiedBy>
  <cp:revision>9</cp:revision>
  <cp:lastPrinted>2026-02-11T14:19:00Z</cp:lastPrinted>
  <dcterms:created xsi:type="dcterms:W3CDTF">2026-01-16T12:28:00Z</dcterms:created>
  <dcterms:modified xsi:type="dcterms:W3CDTF">2026-02-11T14:20:00Z</dcterms:modified>
  <cp:category/>
</cp:coreProperties>
</file>