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40B5510" w14:textId="77777777" w:rsidR="00682AB1" w:rsidRPr="00F5254D" w:rsidRDefault="00F5254D">
      <w:pPr>
        <w:pStyle w:val="Title"/>
        <w:rPr>
          <w:rFonts w:ascii="Calibri" w:hAnsi="Calibri" w:cs="Calibri"/>
          <w:sz w:val="22"/>
          <w:szCs w:val="22"/>
        </w:rPr>
      </w:pPr>
      <w:r w:rsidRPr="00F5254D">
        <w:rPr>
          <w:rFonts w:ascii="Calibri" w:hAnsi="Calibri" w:cs="Calibri"/>
          <w:sz w:val="22"/>
          <w:szCs w:val="22"/>
        </w:rPr>
        <w:t>Volunteers Co-ordinator (Contract for Services)</w:t>
      </w:r>
    </w:p>
    <w:p w14:paraId="21CB2380" w14:textId="781DCBA8" w:rsidR="00682AB1" w:rsidRPr="007A0E75" w:rsidRDefault="00F5254D">
      <w:pPr>
        <w:rPr>
          <w:rFonts w:ascii="Calibri" w:hAnsi="Calibri" w:cs="Calibri"/>
        </w:rPr>
      </w:pPr>
      <w:r w:rsidRPr="00F5254D">
        <w:rPr>
          <w:rFonts w:ascii="Calibri" w:hAnsi="Calibri" w:cs="Calibri"/>
        </w:rPr>
        <w:t xml:space="preserve">Earagail </w:t>
      </w:r>
      <w:r w:rsidRPr="007A0E75">
        <w:rPr>
          <w:rFonts w:ascii="Calibri" w:hAnsi="Calibri" w:cs="Calibri"/>
        </w:rPr>
        <w:t>Arts Festival is seeking proposals for the provision of Volunteers Co-ordinator Services for the period 2</w:t>
      </w:r>
      <w:r w:rsidR="007A0E75" w:rsidRPr="007A0E75">
        <w:rPr>
          <w:rFonts w:ascii="Calibri" w:hAnsi="Calibri" w:cs="Calibri"/>
        </w:rPr>
        <w:t>5</w:t>
      </w:r>
      <w:r w:rsidRPr="007A0E75">
        <w:rPr>
          <w:rFonts w:ascii="Calibri" w:hAnsi="Calibri" w:cs="Calibri"/>
        </w:rPr>
        <w:t>th May 202</w:t>
      </w:r>
      <w:r w:rsidR="007A0E75" w:rsidRPr="007A0E75">
        <w:rPr>
          <w:rFonts w:ascii="Calibri" w:hAnsi="Calibri" w:cs="Calibri"/>
        </w:rPr>
        <w:t>6</w:t>
      </w:r>
      <w:r w:rsidRPr="007A0E75">
        <w:rPr>
          <w:rFonts w:ascii="Calibri" w:hAnsi="Calibri" w:cs="Calibri"/>
        </w:rPr>
        <w:t xml:space="preserve"> – 31st July 202</w:t>
      </w:r>
      <w:r w:rsidR="007A0E75" w:rsidRPr="007A0E75">
        <w:rPr>
          <w:rFonts w:ascii="Calibri" w:hAnsi="Calibri" w:cs="Calibri"/>
        </w:rPr>
        <w:t xml:space="preserve">6 </w:t>
      </w:r>
      <w:r w:rsidRPr="007A0E75">
        <w:rPr>
          <w:rFonts w:ascii="Calibri" w:hAnsi="Calibri" w:cs="Calibri"/>
        </w:rPr>
        <w:t>(approx. 39 service days).</w:t>
      </w:r>
    </w:p>
    <w:p w14:paraId="091DB36E" w14:textId="77777777" w:rsidR="00682AB1" w:rsidRPr="007A0E75" w:rsidRDefault="00682AB1">
      <w:pPr>
        <w:rPr>
          <w:rFonts w:ascii="Calibri" w:hAnsi="Calibri" w:cs="Calibri"/>
        </w:rPr>
      </w:pPr>
    </w:p>
    <w:p w14:paraId="537932D7" w14:textId="77777777" w:rsidR="00682AB1" w:rsidRPr="007A0E75" w:rsidRDefault="00F5254D">
      <w:pPr>
        <w:pStyle w:val="Heading2"/>
        <w:rPr>
          <w:rFonts w:ascii="Calibri" w:hAnsi="Calibri" w:cs="Calibri"/>
          <w:sz w:val="22"/>
          <w:szCs w:val="22"/>
        </w:rPr>
      </w:pPr>
      <w:r w:rsidRPr="007A0E75">
        <w:rPr>
          <w:rFonts w:ascii="Calibri" w:hAnsi="Calibri" w:cs="Calibri"/>
          <w:sz w:val="22"/>
          <w:szCs w:val="22"/>
        </w:rPr>
        <w:t>Introduction</w:t>
      </w:r>
    </w:p>
    <w:p w14:paraId="67112063" w14:textId="77777777" w:rsidR="00EE5FF9" w:rsidRPr="007A0E75" w:rsidRDefault="00EE5FF9" w:rsidP="00EE5FF9">
      <w:pPr>
        <w:rPr>
          <w:rFonts w:ascii="Calibri" w:hAnsi="Calibri" w:cs="Calibri"/>
        </w:rPr>
      </w:pPr>
      <w:r w:rsidRPr="007A0E75">
        <w:rPr>
          <w:rFonts w:ascii="Calibri" w:hAnsi="Calibri" w:cs="Calibri"/>
        </w:rPr>
        <w:t xml:space="preserve">Earagail Arts Festival is Donegal’s premier celebration of local, national and international culture and one of the largest arts festivals in Ireland. Over 40,000 people from across Donegal and around the world attend approximately 100 events in 35 venues spread over 19 towns over 16 days and nights across the Northwest of Ireland. </w:t>
      </w:r>
    </w:p>
    <w:p w14:paraId="7D8D200E" w14:textId="54225E70" w:rsidR="00682AB1" w:rsidRPr="007A0E75" w:rsidRDefault="00EE5FF9" w:rsidP="00EE5FF9">
      <w:pPr>
        <w:rPr>
          <w:rFonts w:ascii="Calibri" w:hAnsi="Calibri" w:cs="Calibri"/>
        </w:rPr>
      </w:pPr>
      <w:r w:rsidRPr="007A0E75">
        <w:rPr>
          <w:rFonts w:ascii="Calibri" w:hAnsi="Calibri" w:cs="Calibri"/>
        </w:rPr>
        <w:t xml:space="preserve">Earagail Arts Festival Management Company Limited is a not-for-profit CLG and a registered charity. The </w:t>
      </w:r>
      <w:proofErr w:type="gramStart"/>
      <w:r w:rsidRPr="007A0E75">
        <w:rPr>
          <w:rFonts w:ascii="Calibri" w:hAnsi="Calibri" w:cs="Calibri"/>
        </w:rPr>
        <w:t>Festival</w:t>
      </w:r>
      <w:proofErr w:type="gramEnd"/>
      <w:r w:rsidRPr="007A0E75">
        <w:rPr>
          <w:rFonts w:ascii="Calibri" w:hAnsi="Calibri" w:cs="Calibri"/>
        </w:rPr>
        <w:t xml:space="preserve"> consists of a Board of Directors, Management Committee, full-time staff, part-time staff, contract staff and volunteers. The festival takes place from 1</w:t>
      </w:r>
      <w:r w:rsidR="008A4B0C" w:rsidRPr="007A0E75">
        <w:rPr>
          <w:rFonts w:ascii="Calibri" w:hAnsi="Calibri" w:cs="Calibri"/>
        </w:rPr>
        <w:t>0</w:t>
      </w:r>
      <w:r w:rsidRPr="007A0E75">
        <w:rPr>
          <w:rFonts w:ascii="Calibri" w:hAnsi="Calibri" w:cs="Calibri"/>
        </w:rPr>
        <w:t>th to 2</w:t>
      </w:r>
      <w:r w:rsidR="008A4B0C" w:rsidRPr="007A0E75">
        <w:rPr>
          <w:rFonts w:ascii="Calibri" w:hAnsi="Calibri" w:cs="Calibri"/>
        </w:rPr>
        <w:t>5</w:t>
      </w:r>
      <w:r w:rsidRPr="007A0E75">
        <w:rPr>
          <w:rFonts w:ascii="Calibri" w:hAnsi="Calibri" w:cs="Calibri"/>
        </w:rPr>
        <w:t>th July 202</w:t>
      </w:r>
      <w:r w:rsidR="008A4B0C" w:rsidRPr="007A0E75">
        <w:rPr>
          <w:rFonts w:ascii="Calibri" w:hAnsi="Calibri" w:cs="Calibri"/>
        </w:rPr>
        <w:t>6</w:t>
      </w:r>
      <w:r w:rsidRPr="007A0E75">
        <w:rPr>
          <w:rFonts w:ascii="Calibri" w:hAnsi="Calibri" w:cs="Calibri"/>
        </w:rPr>
        <w:t>.</w:t>
      </w:r>
    </w:p>
    <w:p w14:paraId="15927E01" w14:textId="77777777" w:rsidR="00EE5FF9" w:rsidRPr="007A0E75" w:rsidRDefault="00EE5FF9" w:rsidP="00EE5FF9">
      <w:pPr>
        <w:rPr>
          <w:rFonts w:ascii="Calibri" w:hAnsi="Calibri" w:cs="Calibri"/>
        </w:rPr>
      </w:pPr>
    </w:p>
    <w:p w14:paraId="2A13C222" w14:textId="77777777" w:rsidR="00682AB1" w:rsidRPr="007A0E75" w:rsidRDefault="00F5254D">
      <w:pPr>
        <w:pStyle w:val="Heading2"/>
        <w:rPr>
          <w:rFonts w:ascii="Calibri" w:hAnsi="Calibri" w:cs="Calibri"/>
          <w:sz w:val="22"/>
          <w:szCs w:val="22"/>
        </w:rPr>
      </w:pPr>
      <w:r w:rsidRPr="007A0E75">
        <w:rPr>
          <w:rFonts w:ascii="Calibri" w:hAnsi="Calibri" w:cs="Calibri"/>
          <w:sz w:val="22"/>
          <w:szCs w:val="22"/>
        </w:rPr>
        <w:t>Terms of Engagement</w:t>
      </w:r>
    </w:p>
    <w:p w14:paraId="530B4E5E" w14:textId="77777777" w:rsidR="00682AB1" w:rsidRPr="007A0E75" w:rsidRDefault="00F5254D">
      <w:pPr>
        <w:rPr>
          <w:rFonts w:ascii="Calibri" w:hAnsi="Calibri" w:cs="Calibri"/>
        </w:rPr>
      </w:pPr>
      <w:r w:rsidRPr="007A0E75">
        <w:rPr>
          <w:rFonts w:ascii="Calibri" w:hAnsi="Calibri" w:cs="Calibri"/>
        </w:rPr>
        <w:t>This is an independent contractor engagement for the delivery of Volunteers Co-ordinator Services.</w:t>
      </w:r>
    </w:p>
    <w:p w14:paraId="73CA58F1" w14:textId="65E273C2" w:rsidR="00682AB1" w:rsidRPr="00F5254D" w:rsidRDefault="00F5254D">
      <w:pPr>
        <w:rPr>
          <w:rFonts w:ascii="Calibri" w:hAnsi="Calibri" w:cs="Calibri"/>
        </w:rPr>
      </w:pPr>
      <w:r w:rsidRPr="007A0E75">
        <w:rPr>
          <w:rFonts w:ascii="Calibri" w:hAnsi="Calibri" w:cs="Calibri"/>
        </w:rPr>
        <w:t xml:space="preserve">The engagement requires delivery of Services over the period </w:t>
      </w:r>
      <w:r w:rsidR="007A0E75" w:rsidRPr="007A0E75">
        <w:rPr>
          <w:rFonts w:ascii="Calibri" w:hAnsi="Calibri" w:cs="Calibri"/>
        </w:rPr>
        <w:t>25th May 2026 – 31st July 2026</w:t>
      </w:r>
      <w:r w:rsidRPr="007A0E75">
        <w:rPr>
          <w:rFonts w:ascii="Calibri" w:hAnsi="Calibri" w:cs="Calibri"/>
        </w:rPr>
        <w:t>,</w:t>
      </w:r>
      <w:r w:rsidRPr="00F5254D">
        <w:rPr>
          <w:rFonts w:ascii="Calibri" w:hAnsi="Calibri" w:cs="Calibri"/>
        </w:rPr>
        <w:t xml:space="preserve"> including support during peak festival delivery periods.</w:t>
      </w:r>
    </w:p>
    <w:p w14:paraId="34C30BDD" w14:textId="77777777" w:rsidR="00682AB1" w:rsidRPr="00F5254D" w:rsidRDefault="00F5254D">
      <w:pPr>
        <w:rPr>
          <w:rFonts w:ascii="Calibri" w:hAnsi="Calibri" w:cs="Calibri"/>
        </w:rPr>
      </w:pPr>
      <w:r w:rsidRPr="00F5254D">
        <w:rPr>
          <w:rFonts w:ascii="Calibri" w:hAnsi="Calibri" w:cs="Calibri"/>
        </w:rPr>
        <w:t xml:space="preserve">The Services will be delivered primarily in Donegal and will require attendance at Festival offices and venues </w:t>
      </w:r>
      <w:proofErr w:type="gramStart"/>
      <w:r w:rsidRPr="00F5254D">
        <w:rPr>
          <w:rFonts w:ascii="Calibri" w:hAnsi="Calibri" w:cs="Calibri"/>
        </w:rPr>
        <w:t>where</w:t>
      </w:r>
      <w:proofErr w:type="gramEnd"/>
      <w:r w:rsidRPr="00F5254D">
        <w:rPr>
          <w:rFonts w:ascii="Calibri" w:hAnsi="Calibri" w:cs="Calibri"/>
        </w:rPr>
        <w:t xml:space="preserve"> reasonably necessary for coordination and delivery. Some remote work may be possible depending on service requirements.</w:t>
      </w:r>
    </w:p>
    <w:p w14:paraId="39AAEFEF" w14:textId="77777777" w:rsidR="00682AB1" w:rsidRPr="00F5254D" w:rsidRDefault="00F5254D">
      <w:pPr>
        <w:rPr>
          <w:rFonts w:ascii="Calibri" w:hAnsi="Calibri" w:cs="Calibri"/>
        </w:rPr>
      </w:pPr>
      <w:r w:rsidRPr="00F5254D">
        <w:rPr>
          <w:rFonts w:ascii="Calibri" w:hAnsi="Calibri" w:cs="Calibri"/>
          <w:b/>
        </w:rPr>
        <w:t>This engagement does not create an employment relationship.</w:t>
      </w:r>
    </w:p>
    <w:p w14:paraId="6DC364B6" w14:textId="77777777" w:rsidR="00682AB1" w:rsidRPr="00F5254D" w:rsidRDefault="00682AB1">
      <w:pPr>
        <w:rPr>
          <w:rFonts w:ascii="Calibri" w:hAnsi="Calibri" w:cs="Calibri"/>
        </w:rPr>
      </w:pPr>
    </w:p>
    <w:p w14:paraId="7BFB7F7E" w14:textId="77777777" w:rsidR="00682AB1" w:rsidRPr="00F5254D" w:rsidRDefault="00F5254D">
      <w:pPr>
        <w:pStyle w:val="Heading2"/>
        <w:rPr>
          <w:rFonts w:ascii="Calibri" w:hAnsi="Calibri" w:cs="Calibri"/>
          <w:sz w:val="22"/>
          <w:szCs w:val="22"/>
        </w:rPr>
      </w:pPr>
      <w:r w:rsidRPr="00F5254D">
        <w:rPr>
          <w:rFonts w:ascii="Calibri" w:hAnsi="Calibri" w:cs="Calibri"/>
          <w:sz w:val="22"/>
          <w:szCs w:val="22"/>
        </w:rPr>
        <w:t>Budget / Contract Fee</w:t>
      </w:r>
    </w:p>
    <w:p w14:paraId="7A56FBD5" w14:textId="54CB0183" w:rsidR="00682AB1" w:rsidRPr="00F5254D" w:rsidRDefault="00F5254D">
      <w:pPr>
        <w:rPr>
          <w:rFonts w:ascii="Calibri" w:hAnsi="Calibri" w:cs="Calibri"/>
        </w:rPr>
      </w:pPr>
      <w:r w:rsidRPr="00F5254D">
        <w:rPr>
          <w:rFonts w:ascii="Calibri" w:hAnsi="Calibri" w:cs="Calibri"/>
        </w:rPr>
        <w:t>The contract fee for delivery of the Services is €</w:t>
      </w:r>
      <w:r w:rsidR="008A4B0C">
        <w:rPr>
          <w:rFonts w:ascii="Calibri" w:hAnsi="Calibri" w:cs="Calibri"/>
        </w:rPr>
        <w:t>4</w:t>
      </w:r>
      <w:r w:rsidRPr="00F5254D">
        <w:rPr>
          <w:rFonts w:ascii="Calibri" w:hAnsi="Calibri" w:cs="Calibri"/>
        </w:rPr>
        <w:t>,</w:t>
      </w:r>
      <w:r w:rsidR="008A4B0C">
        <w:rPr>
          <w:rFonts w:ascii="Calibri" w:hAnsi="Calibri" w:cs="Calibri"/>
        </w:rPr>
        <w:t>9</w:t>
      </w:r>
      <w:r w:rsidR="007A0E75">
        <w:rPr>
          <w:rFonts w:ascii="Calibri" w:hAnsi="Calibri" w:cs="Calibri"/>
        </w:rPr>
        <w:t>99</w:t>
      </w:r>
      <w:r w:rsidRPr="00F5254D">
        <w:rPr>
          <w:rFonts w:ascii="Calibri" w:hAnsi="Calibri" w:cs="Calibri"/>
        </w:rPr>
        <w:t>. The Contractor shall invoice Earagail Arts Festival Management Company Ltd in accordance with agreed invoicing arrangements.</w:t>
      </w:r>
    </w:p>
    <w:p w14:paraId="76080C58" w14:textId="77777777" w:rsidR="00682AB1" w:rsidRPr="00F5254D" w:rsidRDefault="00F5254D">
      <w:pPr>
        <w:rPr>
          <w:rFonts w:ascii="Calibri" w:hAnsi="Calibri" w:cs="Calibri"/>
        </w:rPr>
      </w:pPr>
      <w:r w:rsidRPr="00F5254D">
        <w:rPr>
          <w:rFonts w:ascii="Calibri" w:hAnsi="Calibri" w:cs="Calibri"/>
        </w:rPr>
        <w:t>The Contractor will be responsible for their own tax/PRSI/USC obligations.</w:t>
      </w:r>
    </w:p>
    <w:p w14:paraId="2DCE7073" w14:textId="77777777" w:rsidR="00682AB1" w:rsidRPr="00F5254D" w:rsidRDefault="00682AB1">
      <w:pPr>
        <w:rPr>
          <w:rFonts w:ascii="Calibri" w:hAnsi="Calibri" w:cs="Calibri"/>
        </w:rPr>
      </w:pPr>
    </w:p>
    <w:p w14:paraId="63BCB594" w14:textId="77777777" w:rsidR="00682AB1" w:rsidRPr="00F5254D" w:rsidRDefault="00F5254D">
      <w:pPr>
        <w:pStyle w:val="Heading2"/>
        <w:rPr>
          <w:rFonts w:ascii="Calibri" w:hAnsi="Calibri" w:cs="Calibri"/>
          <w:sz w:val="22"/>
          <w:szCs w:val="22"/>
        </w:rPr>
      </w:pPr>
      <w:r w:rsidRPr="00F5254D">
        <w:rPr>
          <w:rFonts w:ascii="Calibri" w:hAnsi="Calibri" w:cs="Calibri"/>
          <w:sz w:val="22"/>
          <w:szCs w:val="22"/>
        </w:rPr>
        <w:t>Scope of Services / Responsibilities</w:t>
      </w:r>
    </w:p>
    <w:p w14:paraId="598EEBBF" w14:textId="77777777" w:rsidR="00682AB1" w:rsidRPr="00F5254D" w:rsidRDefault="00F5254D">
      <w:pPr>
        <w:pStyle w:val="ListBullet"/>
        <w:rPr>
          <w:rFonts w:ascii="Calibri" w:hAnsi="Calibri" w:cs="Calibri"/>
        </w:rPr>
      </w:pPr>
      <w:r w:rsidRPr="00F5254D">
        <w:rPr>
          <w:rFonts w:ascii="Calibri" w:hAnsi="Calibri" w:cs="Calibri"/>
        </w:rPr>
        <w:t>Promote volunteering through recruitment/publicity strategies, events and campaigns</w:t>
      </w:r>
    </w:p>
    <w:p w14:paraId="5AF6D753" w14:textId="77777777" w:rsidR="00682AB1" w:rsidRPr="00F5254D" w:rsidRDefault="00F5254D">
      <w:pPr>
        <w:pStyle w:val="ListBullet"/>
        <w:rPr>
          <w:rFonts w:ascii="Calibri" w:hAnsi="Calibri" w:cs="Calibri"/>
        </w:rPr>
      </w:pPr>
      <w:r w:rsidRPr="00F5254D">
        <w:rPr>
          <w:rFonts w:ascii="Calibri" w:hAnsi="Calibri" w:cs="Calibri"/>
        </w:rPr>
        <w:t>Recruit, coordinate and schedule volunteers (including rotas)</w:t>
      </w:r>
    </w:p>
    <w:p w14:paraId="4AAF7C4B" w14:textId="77777777" w:rsidR="00682AB1" w:rsidRPr="00F5254D" w:rsidRDefault="00F5254D">
      <w:pPr>
        <w:pStyle w:val="ListBullet"/>
        <w:rPr>
          <w:rFonts w:ascii="Calibri" w:hAnsi="Calibri" w:cs="Calibri"/>
        </w:rPr>
      </w:pPr>
      <w:r w:rsidRPr="00F5254D">
        <w:rPr>
          <w:rFonts w:ascii="Calibri" w:hAnsi="Calibri" w:cs="Calibri"/>
        </w:rPr>
        <w:lastRenderedPageBreak/>
        <w:t>Provide inductions, briefings and training for volunteers</w:t>
      </w:r>
    </w:p>
    <w:p w14:paraId="49402DBA" w14:textId="77777777" w:rsidR="00682AB1" w:rsidRPr="00F5254D" w:rsidRDefault="00F5254D">
      <w:pPr>
        <w:pStyle w:val="ListBullet"/>
        <w:rPr>
          <w:rFonts w:ascii="Calibri" w:hAnsi="Calibri" w:cs="Calibri"/>
        </w:rPr>
      </w:pPr>
      <w:r w:rsidRPr="00F5254D">
        <w:rPr>
          <w:rFonts w:ascii="Calibri" w:hAnsi="Calibri" w:cs="Calibri"/>
        </w:rPr>
        <w:t>Support and coordinate volunteers during Festival delivery and other relevant activities</w:t>
      </w:r>
    </w:p>
    <w:p w14:paraId="3E27024D" w14:textId="77777777" w:rsidR="00682AB1" w:rsidRPr="00F5254D" w:rsidRDefault="00F5254D">
      <w:pPr>
        <w:pStyle w:val="ListBullet"/>
        <w:rPr>
          <w:rFonts w:ascii="Calibri" w:hAnsi="Calibri" w:cs="Calibri"/>
        </w:rPr>
      </w:pPr>
      <w:r w:rsidRPr="00F5254D">
        <w:rPr>
          <w:rFonts w:ascii="Calibri" w:hAnsi="Calibri" w:cs="Calibri"/>
        </w:rPr>
        <w:t>Attend coordination meetings where reasonably required</w:t>
      </w:r>
    </w:p>
    <w:p w14:paraId="7990139E" w14:textId="77777777" w:rsidR="00682AB1" w:rsidRPr="00F5254D" w:rsidRDefault="00F5254D">
      <w:pPr>
        <w:pStyle w:val="ListBullet"/>
        <w:rPr>
          <w:rFonts w:ascii="Calibri" w:hAnsi="Calibri" w:cs="Calibri"/>
        </w:rPr>
      </w:pPr>
      <w:r w:rsidRPr="00F5254D">
        <w:rPr>
          <w:rFonts w:ascii="Calibri" w:hAnsi="Calibri" w:cs="Calibri"/>
        </w:rPr>
        <w:t>Manage relevant resources and volunteer expenses as agreed</w:t>
      </w:r>
    </w:p>
    <w:p w14:paraId="274D97D3" w14:textId="77777777" w:rsidR="00682AB1" w:rsidRPr="00F5254D" w:rsidRDefault="00F5254D">
      <w:pPr>
        <w:pStyle w:val="ListBullet"/>
        <w:rPr>
          <w:rFonts w:ascii="Calibri" w:hAnsi="Calibri" w:cs="Calibri"/>
        </w:rPr>
      </w:pPr>
      <w:r w:rsidRPr="00F5254D">
        <w:rPr>
          <w:rFonts w:ascii="Calibri" w:hAnsi="Calibri" w:cs="Calibri"/>
        </w:rPr>
        <w:t>Keep up to date with relevant legislation/policy relating to volunteering and make recommendations as required</w:t>
      </w:r>
    </w:p>
    <w:p w14:paraId="66C64434" w14:textId="77777777" w:rsidR="00682AB1" w:rsidRPr="00F5254D" w:rsidRDefault="00F5254D">
      <w:pPr>
        <w:pStyle w:val="ListBullet"/>
        <w:rPr>
          <w:rFonts w:ascii="Calibri" w:hAnsi="Calibri" w:cs="Calibri"/>
        </w:rPr>
      </w:pPr>
      <w:r w:rsidRPr="00F5254D">
        <w:rPr>
          <w:rFonts w:ascii="Calibri" w:hAnsi="Calibri" w:cs="Calibri"/>
        </w:rPr>
        <w:t>Monitor and evaluate volunteering activity and prepare reports for Festival management/funders where required</w:t>
      </w:r>
    </w:p>
    <w:p w14:paraId="5F3374D4" w14:textId="77777777" w:rsidR="00682AB1" w:rsidRPr="00F5254D" w:rsidRDefault="00F5254D">
      <w:pPr>
        <w:pStyle w:val="ListBullet"/>
        <w:rPr>
          <w:rFonts w:ascii="Calibri" w:hAnsi="Calibri" w:cs="Calibri"/>
        </w:rPr>
      </w:pPr>
      <w:r w:rsidRPr="00F5254D">
        <w:rPr>
          <w:rFonts w:ascii="Calibri" w:hAnsi="Calibri" w:cs="Calibri"/>
        </w:rPr>
        <w:t>Maintain volunteer databases and undertake related administrative duties</w:t>
      </w:r>
    </w:p>
    <w:p w14:paraId="5415BF1B" w14:textId="77777777" w:rsidR="00682AB1" w:rsidRPr="00F5254D" w:rsidRDefault="00F5254D">
      <w:pPr>
        <w:pStyle w:val="ListBullet"/>
        <w:rPr>
          <w:rFonts w:ascii="Calibri" w:hAnsi="Calibri" w:cs="Calibri"/>
        </w:rPr>
      </w:pPr>
      <w:r w:rsidRPr="00F5254D">
        <w:rPr>
          <w:rFonts w:ascii="Calibri" w:hAnsi="Calibri" w:cs="Calibri"/>
        </w:rPr>
        <w:t>Support delivery of volunteering activity in accordance with the Festival Equality, Diversity and Inclusion Policy</w:t>
      </w:r>
    </w:p>
    <w:p w14:paraId="615163B2" w14:textId="77777777" w:rsidR="00682AB1" w:rsidRPr="00F5254D" w:rsidRDefault="00F5254D">
      <w:pPr>
        <w:pStyle w:val="ListBullet"/>
        <w:rPr>
          <w:rFonts w:ascii="Calibri" w:hAnsi="Calibri" w:cs="Calibri"/>
        </w:rPr>
      </w:pPr>
      <w:r w:rsidRPr="00F5254D">
        <w:rPr>
          <w:rFonts w:ascii="Calibri" w:hAnsi="Calibri" w:cs="Calibri"/>
        </w:rPr>
        <w:t>Additional tasks reasonably incidental to the Services and within scope, as agreed between the parties</w:t>
      </w:r>
    </w:p>
    <w:p w14:paraId="0A6A8B4B" w14:textId="77777777" w:rsidR="00682AB1" w:rsidRPr="00F5254D" w:rsidRDefault="00682AB1">
      <w:pPr>
        <w:rPr>
          <w:rFonts w:ascii="Calibri" w:hAnsi="Calibri" w:cs="Calibri"/>
        </w:rPr>
      </w:pPr>
    </w:p>
    <w:p w14:paraId="346E77BD" w14:textId="77777777" w:rsidR="00682AB1" w:rsidRPr="00F5254D" w:rsidRDefault="00F5254D">
      <w:pPr>
        <w:pStyle w:val="Heading2"/>
        <w:rPr>
          <w:rFonts w:ascii="Calibri" w:hAnsi="Calibri" w:cs="Calibri"/>
          <w:sz w:val="22"/>
          <w:szCs w:val="22"/>
        </w:rPr>
      </w:pPr>
      <w:r w:rsidRPr="00F5254D">
        <w:rPr>
          <w:rFonts w:ascii="Calibri" w:hAnsi="Calibri" w:cs="Calibri"/>
          <w:sz w:val="22"/>
          <w:szCs w:val="22"/>
        </w:rPr>
        <w:t>Experience</w:t>
      </w:r>
    </w:p>
    <w:p w14:paraId="0CF4700B" w14:textId="77777777" w:rsidR="00682AB1" w:rsidRPr="00F5254D" w:rsidRDefault="00F5254D">
      <w:pPr>
        <w:pStyle w:val="ListBullet"/>
        <w:rPr>
          <w:rFonts w:ascii="Calibri" w:hAnsi="Calibri" w:cs="Calibri"/>
        </w:rPr>
      </w:pPr>
      <w:r w:rsidRPr="00F5254D">
        <w:rPr>
          <w:rFonts w:ascii="Calibri" w:hAnsi="Calibri" w:cs="Calibri"/>
        </w:rPr>
        <w:t>minimum 3 years’ relevant experience in volunteer coordination/management and/or arts facilitation</w:t>
      </w:r>
    </w:p>
    <w:p w14:paraId="187B1C6E" w14:textId="77777777" w:rsidR="00682AB1" w:rsidRPr="00F5254D" w:rsidRDefault="00F5254D">
      <w:pPr>
        <w:pStyle w:val="ListBullet"/>
        <w:rPr>
          <w:rFonts w:ascii="Calibri" w:hAnsi="Calibri" w:cs="Calibri"/>
        </w:rPr>
      </w:pPr>
      <w:r w:rsidRPr="00F5254D">
        <w:rPr>
          <w:rFonts w:ascii="Calibri" w:hAnsi="Calibri" w:cs="Calibri"/>
        </w:rPr>
        <w:t>strong organisational, interpersonal and communication skills</w:t>
      </w:r>
    </w:p>
    <w:p w14:paraId="45FE77E9" w14:textId="77777777" w:rsidR="00682AB1" w:rsidRPr="00F5254D" w:rsidRDefault="00F5254D">
      <w:pPr>
        <w:pStyle w:val="ListBullet"/>
        <w:rPr>
          <w:rFonts w:ascii="Calibri" w:hAnsi="Calibri" w:cs="Calibri"/>
        </w:rPr>
      </w:pPr>
      <w:r w:rsidRPr="00F5254D">
        <w:rPr>
          <w:rFonts w:ascii="Calibri" w:hAnsi="Calibri" w:cs="Calibri"/>
        </w:rPr>
        <w:t>capable of delivering to deadlines in a fast-paced delivery environment</w:t>
      </w:r>
    </w:p>
    <w:p w14:paraId="4E4AF837" w14:textId="77777777" w:rsidR="00682AB1" w:rsidRPr="00F5254D" w:rsidRDefault="00F5254D">
      <w:pPr>
        <w:pStyle w:val="ListBullet"/>
        <w:rPr>
          <w:rFonts w:ascii="Calibri" w:hAnsi="Calibri" w:cs="Calibri"/>
        </w:rPr>
      </w:pPr>
      <w:r w:rsidRPr="00F5254D">
        <w:rPr>
          <w:rFonts w:ascii="Calibri" w:hAnsi="Calibri" w:cs="Calibri"/>
        </w:rPr>
        <w:t>available to support delivery during peak Festival periods, including evenings and weekends where required</w:t>
      </w:r>
    </w:p>
    <w:p w14:paraId="2D213644" w14:textId="77777777" w:rsidR="00682AB1" w:rsidRPr="00F5254D" w:rsidRDefault="00682AB1">
      <w:pPr>
        <w:rPr>
          <w:rFonts w:ascii="Calibri" w:hAnsi="Calibri" w:cs="Calibri"/>
        </w:rPr>
      </w:pPr>
    </w:p>
    <w:p w14:paraId="6E2B91D6" w14:textId="77777777" w:rsidR="00682AB1" w:rsidRPr="00F5254D" w:rsidRDefault="00F5254D">
      <w:pPr>
        <w:pStyle w:val="Heading2"/>
        <w:rPr>
          <w:rFonts w:ascii="Calibri" w:hAnsi="Calibri" w:cs="Calibri"/>
          <w:sz w:val="22"/>
          <w:szCs w:val="22"/>
        </w:rPr>
      </w:pPr>
      <w:r w:rsidRPr="00F5254D">
        <w:rPr>
          <w:rFonts w:ascii="Calibri" w:hAnsi="Calibri" w:cs="Calibri"/>
          <w:sz w:val="22"/>
          <w:szCs w:val="22"/>
        </w:rPr>
        <w:t>Irish language</w:t>
      </w:r>
    </w:p>
    <w:p w14:paraId="1886B55B" w14:textId="77777777" w:rsidR="00682AB1" w:rsidRDefault="00F5254D">
      <w:pPr>
        <w:rPr>
          <w:rFonts w:ascii="Calibri" w:hAnsi="Calibri" w:cs="Calibri"/>
        </w:rPr>
      </w:pPr>
      <w:r w:rsidRPr="00F5254D">
        <w:rPr>
          <w:rFonts w:ascii="Calibri" w:hAnsi="Calibri" w:cs="Calibri"/>
        </w:rPr>
        <w:t>Proficiency in the Irish language would be advantageous.</w:t>
      </w:r>
    </w:p>
    <w:p w14:paraId="441CA429" w14:textId="77777777" w:rsidR="007C2D40" w:rsidRPr="00F5254D" w:rsidRDefault="007C2D40">
      <w:pPr>
        <w:rPr>
          <w:rFonts w:ascii="Calibri" w:hAnsi="Calibri" w:cs="Calibri"/>
        </w:rPr>
      </w:pPr>
    </w:p>
    <w:p w14:paraId="02E82C38" w14:textId="77777777" w:rsidR="00682AB1" w:rsidRPr="00F5254D" w:rsidRDefault="00F5254D">
      <w:pPr>
        <w:pStyle w:val="Heading2"/>
        <w:rPr>
          <w:rFonts w:ascii="Calibri" w:hAnsi="Calibri" w:cs="Calibri"/>
          <w:sz w:val="22"/>
          <w:szCs w:val="22"/>
        </w:rPr>
      </w:pPr>
      <w:r w:rsidRPr="00F5254D">
        <w:rPr>
          <w:rFonts w:ascii="Calibri" w:hAnsi="Calibri" w:cs="Calibri"/>
          <w:sz w:val="22"/>
          <w:szCs w:val="22"/>
        </w:rPr>
        <w:t>Driving licence</w:t>
      </w:r>
    </w:p>
    <w:p w14:paraId="1FF510C0" w14:textId="77777777" w:rsidR="00682AB1" w:rsidRPr="00F5254D" w:rsidRDefault="00F5254D">
      <w:pPr>
        <w:rPr>
          <w:rFonts w:ascii="Calibri" w:hAnsi="Calibri" w:cs="Calibri"/>
        </w:rPr>
      </w:pPr>
      <w:r w:rsidRPr="00F5254D">
        <w:rPr>
          <w:rFonts w:ascii="Calibri" w:hAnsi="Calibri" w:cs="Calibri"/>
        </w:rPr>
        <w:t>Full, clean driving licence and use of own vehicle required.</w:t>
      </w:r>
    </w:p>
    <w:p w14:paraId="17905645" w14:textId="77777777" w:rsidR="00682AB1" w:rsidRPr="00F5254D" w:rsidRDefault="00682AB1">
      <w:pPr>
        <w:rPr>
          <w:rFonts w:ascii="Calibri" w:hAnsi="Calibri" w:cs="Calibri"/>
        </w:rPr>
      </w:pPr>
    </w:p>
    <w:p w14:paraId="174A483F" w14:textId="77777777" w:rsidR="00682AB1" w:rsidRPr="00F5254D" w:rsidRDefault="00F5254D">
      <w:pPr>
        <w:pStyle w:val="Heading2"/>
        <w:rPr>
          <w:rFonts w:ascii="Calibri" w:hAnsi="Calibri" w:cs="Calibri"/>
          <w:sz w:val="22"/>
          <w:szCs w:val="22"/>
        </w:rPr>
      </w:pPr>
      <w:r w:rsidRPr="00F5254D">
        <w:rPr>
          <w:rFonts w:ascii="Calibri" w:hAnsi="Calibri" w:cs="Calibri"/>
          <w:sz w:val="22"/>
          <w:szCs w:val="22"/>
        </w:rPr>
        <w:t>Submission</w:t>
      </w:r>
    </w:p>
    <w:p w14:paraId="17C24EB0" w14:textId="77777777" w:rsidR="00682AB1" w:rsidRPr="00F5254D" w:rsidRDefault="00F5254D">
      <w:pPr>
        <w:rPr>
          <w:rFonts w:ascii="Calibri" w:hAnsi="Calibri" w:cs="Calibri"/>
        </w:rPr>
      </w:pPr>
      <w:r w:rsidRPr="00F5254D">
        <w:rPr>
          <w:rFonts w:ascii="Calibri" w:hAnsi="Calibri" w:cs="Calibri"/>
        </w:rPr>
        <w:t>Please include an up-to-date CV and the names of two referees or previous/current clients whom we may contact, should we wish to offer this Contract for Services.</w:t>
      </w:r>
    </w:p>
    <w:p w14:paraId="14517973" w14:textId="13876AA4" w:rsidR="00682AB1" w:rsidRPr="00F5254D" w:rsidRDefault="00F5254D">
      <w:pPr>
        <w:rPr>
          <w:rFonts w:ascii="Calibri" w:hAnsi="Calibri" w:cs="Calibri"/>
        </w:rPr>
      </w:pPr>
      <w:r w:rsidRPr="00F5254D">
        <w:rPr>
          <w:rFonts w:ascii="Calibri" w:hAnsi="Calibri" w:cs="Calibri"/>
        </w:rPr>
        <w:t xml:space="preserve">Proposals must be submitted by 5.00pm </w:t>
      </w:r>
      <w:r w:rsidR="007A0E75">
        <w:rPr>
          <w:rFonts w:ascii="Calibri" w:hAnsi="Calibri" w:cs="Calibri"/>
        </w:rPr>
        <w:t>on Thursday 16</w:t>
      </w:r>
      <w:r w:rsidR="007A0E75" w:rsidRPr="007A0E75">
        <w:rPr>
          <w:rFonts w:ascii="Calibri" w:hAnsi="Calibri" w:cs="Calibri"/>
          <w:vertAlign w:val="superscript"/>
        </w:rPr>
        <w:t>th</w:t>
      </w:r>
      <w:r w:rsidR="007A0E75">
        <w:rPr>
          <w:rFonts w:ascii="Calibri" w:hAnsi="Calibri" w:cs="Calibri"/>
        </w:rPr>
        <w:t xml:space="preserve"> April 2026</w:t>
      </w:r>
      <w:r w:rsidRPr="00F5254D">
        <w:rPr>
          <w:rFonts w:ascii="Calibri" w:hAnsi="Calibri" w:cs="Calibri"/>
        </w:rPr>
        <w:t xml:space="preserve"> by email to info@eaf.ie or in writing to:</w:t>
      </w:r>
    </w:p>
    <w:p w14:paraId="14ACFD82" w14:textId="77777777" w:rsidR="00682AB1" w:rsidRPr="00F5254D" w:rsidRDefault="00F5254D">
      <w:pPr>
        <w:rPr>
          <w:rFonts w:ascii="Calibri" w:hAnsi="Calibri" w:cs="Calibri"/>
        </w:rPr>
      </w:pPr>
      <w:r w:rsidRPr="00F5254D">
        <w:rPr>
          <w:rFonts w:ascii="Calibri" w:hAnsi="Calibri" w:cs="Calibri"/>
        </w:rPr>
        <w:t xml:space="preserve">Earagail Arts Festival, 2C Riverside Office Park, Neil T Blaney Road, </w:t>
      </w:r>
      <w:proofErr w:type="gramStart"/>
      <w:r w:rsidRPr="00F5254D">
        <w:rPr>
          <w:rFonts w:ascii="Calibri" w:hAnsi="Calibri" w:cs="Calibri"/>
        </w:rPr>
        <w:t>Letterkenny,</w:t>
      </w:r>
      <w:proofErr w:type="gramEnd"/>
      <w:r w:rsidRPr="00F5254D">
        <w:rPr>
          <w:rFonts w:ascii="Calibri" w:hAnsi="Calibri" w:cs="Calibri"/>
        </w:rPr>
        <w:t xml:space="preserve"> Co Donegal, F92 YN40</w:t>
      </w:r>
    </w:p>
    <w:sectPr w:rsidR="00682AB1" w:rsidRPr="00F5254D"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A00002BF" w:usb1="68C7FCFB" w:usb2="00000010"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16cid:durableId="1302612270">
    <w:abstractNumId w:val="8"/>
  </w:num>
  <w:num w:numId="2" w16cid:durableId="1053194365">
    <w:abstractNumId w:val="6"/>
  </w:num>
  <w:num w:numId="3" w16cid:durableId="1267887106">
    <w:abstractNumId w:val="5"/>
  </w:num>
  <w:num w:numId="4" w16cid:durableId="1275558560">
    <w:abstractNumId w:val="4"/>
  </w:num>
  <w:num w:numId="5" w16cid:durableId="14505079">
    <w:abstractNumId w:val="7"/>
  </w:num>
  <w:num w:numId="6" w16cid:durableId="910433717">
    <w:abstractNumId w:val="3"/>
  </w:num>
  <w:num w:numId="7" w16cid:durableId="632911518">
    <w:abstractNumId w:val="2"/>
  </w:num>
  <w:num w:numId="8" w16cid:durableId="323364862">
    <w:abstractNumId w:val="1"/>
  </w:num>
  <w:num w:numId="9" w16cid:durableId="19696735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6063C"/>
    <w:rsid w:val="0015074B"/>
    <w:rsid w:val="001838E5"/>
    <w:rsid w:val="0029639D"/>
    <w:rsid w:val="00326F90"/>
    <w:rsid w:val="00672713"/>
    <w:rsid w:val="00682AB1"/>
    <w:rsid w:val="007A0E75"/>
    <w:rsid w:val="007C2D40"/>
    <w:rsid w:val="008A4B0C"/>
    <w:rsid w:val="00AA1D8D"/>
    <w:rsid w:val="00B47730"/>
    <w:rsid w:val="00C15D7D"/>
    <w:rsid w:val="00CB0664"/>
    <w:rsid w:val="00E00259"/>
    <w:rsid w:val="00EE5FF9"/>
    <w:rsid w:val="00F5254D"/>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BAC5232"/>
  <w14:defaultImageDpi w14:val="300"/>
  <w15:docId w15:val="{6183FC43-5BDB-4E40-A4D8-9DD4FE44D2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2</Pages>
  <Words>529</Words>
  <Characters>3021</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3543</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Edel Corcoran</cp:lastModifiedBy>
  <cp:revision>6</cp:revision>
  <dcterms:created xsi:type="dcterms:W3CDTF">2026-01-16T12:31:00Z</dcterms:created>
  <dcterms:modified xsi:type="dcterms:W3CDTF">2026-02-11T14:22:00Z</dcterms:modified>
  <cp:category/>
</cp:coreProperties>
</file>